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1B05A80C" w14:paraId="54FB4C2C" wp14:textId="77777777">
      <w:pPr>
        <w:rPr>
          <w:rFonts w:ascii="Verdana Pro" w:hAnsi="Verdana Pro" w:eastAsia="Verdana Pro" w:cs="Verdana Pro"/>
          <w:b w:val="1"/>
          <w:bCs w:val="1"/>
        </w:rPr>
      </w:pPr>
      <w:r w:rsidRPr="1B05A80C" w:rsidR="1B05A80C">
        <w:rPr>
          <w:rFonts w:ascii="Verdana Pro" w:hAnsi="Verdana Pro" w:eastAsia="Verdana Pro" w:cs="Verdana Pro"/>
          <w:b w:val="1"/>
          <w:bCs w:val="1"/>
        </w:rPr>
        <w:t>EDI Form</w:t>
      </w:r>
    </w:p>
    <w:p xmlns:wp14="http://schemas.microsoft.com/office/word/2010/wordml" w:rsidP="1B05A80C" w14:paraId="672A6659" wp14:textId="77777777">
      <w:pPr>
        <w:rPr>
          <w:rFonts w:ascii="Verdana Pro" w:hAnsi="Verdana Pro" w:eastAsia="Verdana Pro" w:cs="Verdana Pro"/>
          <w:b w:val="1"/>
          <w:bCs w:val="1"/>
        </w:rPr>
      </w:pPr>
    </w:p>
    <w:p xmlns:wp14="http://schemas.microsoft.com/office/word/2010/wordml" w:rsidP="1B05A80C" w14:paraId="5C4020FA" wp14:textId="77777777">
      <w:pPr>
        <w:rPr>
          <w:rFonts w:ascii="Verdana Pro" w:hAnsi="Verdana Pro" w:eastAsia="Verdana Pro" w:cs="Verdana Pro"/>
          <w:b w:val="1"/>
          <w:bCs w:val="1"/>
        </w:rPr>
      </w:pPr>
      <w:r w:rsidRPr="1B05A80C" w:rsidR="1B05A80C">
        <w:rPr>
          <w:rFonts w:ascii="Verdana Pro" w:hAnsi="Verdana Pro" w:eastAsia="Verdana Pro" w:cs="Verdana Pro"/>
          <w:b w:val="1"/>
          <w:bCs w:val="1"/>
        </w:rPr>
        <w:t>Equal Opportunities Valuing Diversity</w:t>
      </w:r>
    </w:p>
    <w:p xmlns:wp14="http://schemas.microsoft.com/office/word/2010/wordml" w:rsidP="1B05A80C" w14:paraId="0A37501D" wp14:textId="77777777">
      <w:pPr>
        <w:rPr>
          <w:rFonts w:ascii="Verdana Pro" w:hAnsi="Verdana Pro" w:eastAsia="Verdana Pro" w:cs="Verdana Pro"/>
        </w:rPr>
      </w:pPr>
    </w:p>
    <w:p xmlns:wp14="http://schemas.microsoft.com/office/word/2010/wordml" w:rsidP="1B05A80C" w14:paraId="7AF0FCAD" wp14:textId="77777777">
      <w:pPr>
        <w:rPr>
          <w:rFonts w:ascii="Verdana Pro" w:hAnsi="Verdana Pro" w:eastAsia="Verdana Pro" w:cs="Verdana Pro"/>
        </w:rPr>
      </w:pPr>
      <w:r w:rsidRPr="1B05A80C" w:rsidR="1B05A80C">
        <w:rPr>
          <w:rFonts w:ascii="Verdana Pro" w:hAnsi="Verdana Pro" w:eastAsia="Verdana Pro" w:cs="Verdana Pro"/>
        </w:rPr>
        <w:t>As a responsible organisation it is our duty to offer an excellent service to both our customers and staff. In order to help us provide genuine equality and opportunity for all, please answer the following questions. This information is given to the mhs homes group on a strictly confidential basis. By completing the form, you consent that the information detailed below may be used within the mhs homes group for the purpose of monitoring and analysis only. The mhs homes group embraces equality and diversity. We are committed to eliminating discrimination, promoting equality of opportunity and recognising the value individuals bring to the workplace and community.</w:t>
      </w:r>
    </w:p>
    <w:p xmlns:wp14="http://schemas.microsoft.com/office/word/2010/wordml" w:rsidP="1B05A80C" w14:paraId="5DAB6C7B" wp14:textId="77777777">
      <w:pPr>
        <w:rPr>
          <w:rFonts w:ascii="Verdana Pro" w:hAnsi="Verdana Pro" w:eastAsia="Verdana Pro" w:cs="Verdana Pro"/>
        </w:rPr>
      </w:pPr>
    </w:p>
    <w:p xmlns:wp14="http://schemas.microsoft.com/office/word/2010/wordml" w:rsidP="1B05A80C" w14:paraId="50DC378D" wp14:textId="77777777">
      <w:pPr>
        <w:rPr>
          <w:rFonts w:ascii="Verdana Pro" w:hAnsi="Verdana Pro" w:eastAsia="Verdana Pro" w:cs="Verdana Pro"/>
        </w:rPr>
      </w:pPr>
      <w:r w:rsidRPr="1B05A80C" w:rsidR="1B05A80C">
        <w:rPr>
          <w:rFonts w:ascii="Verdana Pro" w:hAnsi="Verdana Pro" w:eastAsia="Verdana Pro" w:cs="Verdana Pro"/>
        </w:rPr>
        <w:t>1. Name: ____________________</w:t>
      </w:r>
    </w:p>
    <w:p xmlns:wp14="http://schemas.microsoft.com/office/word/2010/wordml" w:rsidP="1B05A80C" w14:paraId="0928CA4D" wp14:textId="77777777">
      <w:pPr>
        <w:rPr>
          <w:rFonts w:ascii="Verdana Pro" w:hAnsi="Verdana Pro" w:eastAsia="Verdana Pro" w:cs="Verdana Pro"/>
        </w:rPr>
      </w:pPr>
      <w:r w:rsidRPr="1B05A80C" w:rsidR="1B05A80C">
        <w:rPr>
          <w:rFonts w:ascii="Verdana Pro" w:hAnsi="Verdana Pro" w:eastAsia="Verdana Pro" w:cs="Verdana Pro"/>
        </w:rPr>
        <w:t>2. Position: ____________________</w:t>
      </w:r>
    </w:p>
    <w:p xmlns:wp14="http://schemas.microsoft.com/office/word/2010/wordml" w:rsidP="1B05A80C" w14:paraId="02EB378F" wp14:textId="77777777">
      <w:pPr>
        <w:rPr>
          <w:rFonts w:ascii="Verdana Pro" w:hAnsi="Verdana Pro" w:eastAsia="Verdana Pro" w:cs="Verdana Pro"/>
        </w:rPr>
      </w:pPr>
    </w:p>
    <w:p xmlns:wp14="http://schemas.microsoft.com/office/word/2010/wordml" w:rsidP="1B05A80C" w14:paraId="00B0F31D" wp14:textId="77777777">
      <w:pPr>
        <w:rPr>
          <w:rFonts w:ascii="Verdana Pro" w:hAnsi="Verdana Pro" w:eastAsia="Verdana Pro" w:cs="Verdana Pro"/>
        </w:rPr>
      </w:pPr>
      <w:r w:rsidRPr="1B05A80C" w:rsidR="1B05A80C">
        <w:rPr>
          <w:rFonts w:ascii="Verdana Pro" w:hAnsi="Verdana Pro" w:eastAsia="Verdana Pro" w:cs="Verdana Pro"/>
        </w:rPr>
        <w:t>3. What is your marital status?</w:t>
      </w:r>
    </w:p>
    <w:p xmlns:wp14="http://schemas.microsoft.com/office/word/2010/wordml" w:rsidP="1B05A80C" w14:paraId="55857FC7" wp14:textId="77777777">
      <w:pPr>
        <w:rPr>
          <w:rFonts w:ascii="Verdana Pro" w:hAnsi="Verdana Pro" w:eastAsia="Verdana Pro" w:cs="Verdana Pro"/>
        </w:rPr>
      </w:pPr>
      <w:r w:rsidRPr="1B05A80C" w:rsidR="1B05A80C">
        <w:rPr>
          <w:rFonts w:ascii="Verdana Pro" w:hAnsi="Verdana Pro" w:eastAsia="Verdana Pro" w:cs="Verdana Pro"/>
        </w:rPr>
        <w:t>□ Married</w:t>
      </w:r>
    </w:p>
    <w:p xmlns:wp14="http://schemas.microsoft.com/office/word/2010/wordml" w:rsidP="1B05A80C" w14:paraId="40DE6DF6" wp14:textId="77777777">
      <w:pPr>
        <w:rPr>
          <w:rFonts w:ascii="Verdana Pro" w:hAnsi="Verdana Pro" w:eastAsia="Verdana Pro" w:cs="Verdana Pro"/>
        </w:rPr>
      </w:pPr>
      <w:r w:rsidRPr="1B05A80C" w:rsidR="1B05A80C">
        <w:rPr>
          <w:rFonts w:ascii="Verdana Pro" w:hAnsi="Verdana Pro" w:eastAsia="Verdana Pro" w:cs="Verdana Pro"/>
        </w:rPr>
        <w:t>□ Single</w:t>
      </w:r>
    </w:p>
    <w:p xmlns:wp14="http://schemas.microsoft.com/office/word/2010/wordml" w:rsidP="1B05A80C" w14:paraId="7778D855" wp14:textId="77777777">
      <w:pPr>
        <w:rPr>
          <w:rFonts w:ascii="Verdana Pro" w:hAnsi="Verdana Pro" w:eastAsia="Verdana Pro" w:cs="Verdana Pro"/>
        </w:rPr>
      </w:pPr>
      <w:r w:rsidRPr="1B05A80C" w:rsidR="1B05A80C">
        <w:rPr>
          <w:rFonts w:ascii="Verdana Pro" w:hAnsi="Verdana Pro" w:eastAsia="Verdana Pro" w:cs="Verdana Pro"/>
        </w:rPr>
        <w:t>□ Divorced</w:t>
      </w:r>
    </w:p>
    <w:p xmlns:wp14="http://schemas.microsoft.com/office/word/2010/wordml" w:rsidP="1B05A80C" w14:paraId="016A0F18" wp14:textId="77777777">
      <w:pPr>
        <w:rPr>
          <w:rFonts w:ascii="Verdana Pro" w:hAnsi="Verdana Pro" w:eastAsia="Verdana Pro" w:cs="Verdana Pro"/>
        </w:rPr>
      </w:pPr>
      <w:r w:rsidRPr="1B05A80C" w:rsidR="1B05A80C">
        <w:rPr>
          <w:rFonts w:ascii="Verdana Pro" w:hAnsi="Verdana Pro" w:eastAsia="Verdana Pro" w:cs="Verdana Pro"/>
        </w:rPr>
        <w:t>□ Widowed</w:t>
      </w:r>
    </w:p>
    <w:p xmlns:wp14="http://schemas.microsoft.com/office/word/2010/wordml" w:rsidP="1B05A80C" w14:paraId="26FD3392" wp14:textId="77777777">
      <w:pPr>
        <w:rPr>
          <w:rFonts w:ascii="Verdana Pro" w:hAnsi="Verdana Pro" w:eastAsia="Verdana Pro" w:cs="Verdana Pro"/>
        </w:rPr>
      </w:pPr>
      <w:r w:rsidRPr="1B05A80C" w:rsidR="1B05A80C">
        <w:rPr>
          <w:rFonts w:ascii="Verdana Pro" w:hAnsi="Verdana Pro" w:eastAsia="Verdana Pro" w:cs="Verdana Pro"/>
        </w:rPr>
        <w:t>□ Separated</w:t>
      </w:r>
    </w:p>
    <w:p xmlns:wp14="http://schemas.microsoft.com/office/word/2010/wordml" w:rsidP="1B05A80C" w14:paraId="6084574A" wp14:textId="77777777">
      <w:pPr>
        <w:rPr>
          <w:rFonts w:ascii="Verdana Pro" w:hAnsi="Verdana Pro" w:eastAsia="Verdana Pro" w:cs="Verdana Pro"/>
        </w:rPr>
      </w:pPr>
      <w:r w:rsidRPr="1B05A80C" w:rsidR="1B05A80C">
        <w:rPr>
          <w:rFonts w:ascii="Verdana Pro" w:hAnsi="Verdana Pro" w:eastAsia="Verdana Pro" w:cs="Verdana Pro"/>
        </w:rPr>
        <w:t>□ Civil Partner</w:t>
      </w:r>
    </w:p>
    <w:p xmlns:wp14="http://schemas.microsoft.com/office/word/2010/wordml" w:rsidP="1B05A80C" w14:paraId="2AB5662B" wp14:textId="77777777">
      <w:pPr>
        <w:rPr>
          <w:rFonts w:ascii="Verdana Pro" w:hAnsi="Verdana Pro" w:eastAsia="Verdana Pro" w:cs="Verdana Pro"/>
        </w:rPr>
      </w:pPr>
      <w:r w:rsidRPr="1B05A80C" w:rsidR="1B05A80C">
        <w:rPr>
          <w:rFonts w:ascii="Verdana Pro" w:hAnsi="Verdana Pro" w:eastAsia="Verdana Pro" w:cs="Verdana Pro"/>
        </w:rPr>
        <w:t>□ Cohabiting</w:t>
      </w:r>
    </w:p>
    <w:p xmlns:wp14="http://schemas.microsoft.com/office/word/2010/wordml" w:rsidP="1B05A80C" w14:paraId="1513E955" wp14:textId="77777777">
      <w:pPr>
        <w:rPr>
          <w:rFonts w:ascii="Verdana Pro" w:hAnsi="Verdana Pro" w:eastAsia="Verdana Pro" w:cs="Verdana Pro"/>
        </w:rPr>
      </w:pPr>
      <w:r w:rsidRPr="1B05A80C" w:rsidR="1B05A80C">
        <w:rPr>
          <w:rFonts w:ascii="Verdana Pro" w:hAnsi="Verdana Pro" w:eastAsia="Verdana Pro" w:cs="Verdana Pro"/>
        </w:rPr>
        <w:t>□ Former/Separated Civil Partnership</w:t>
      </w:r>
    </w:p>
    <w:p xmlns:wp14="http://schemas.microsoft.com/office/word/2010/wordml" w:rsidP="1B05A80C" w14:paraId="4C130B56" wp14:textId="77777777">
      <w:pPr>
        <w:rPr>
          <w:rFonts w:ascii="Verdana Pro" w:hAnsi="Verdana Pro" w:eastAsia="Verdana Pro" w:cs="Verdana Pro"/>
        </w:rPr>
      </w:pPr>
      <w:r w:rsidRPr="1B05A80C" w:rsidR="1B05A80C">
        <w:rPr>
          <w:rFonts w:ascii="Verdana Pro" w:hAnsi="Verdana Pro" w:eastAsia="Verdana Pro" w:cs="Verdana Pro"/>
        </w:rPr>
        <w:t>□ Same Sex Couple</w:t>
      </w:r>
    </w:p>
    <w:p xmlns:wp14="http://schemas.microsoft.com/office/word/2010/wordml" w:rsidP="1B05A80C" w14:paraId="55BD6369"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6A05A809" wp14:textId="77777777">
      <w:pPr>
        <w:rPr>
          <w:rFonts w:ascii="Verdana Pro" w:hAnsi="Verdana Pro" w:eastAsia="Verdana Pro" w:cs="Verdana Pro"/>
        </w:rPr>
      </w:pPr>
    </w:p>
    <w:p xmlns:wp14="http://schemas.microsoft.com/office/word/2010/wordml" w:rsidP="1B05A80C" w14:paraId="24BF578F" wp14:textId="77777777">
      <w:pPr>
        <w:rPr>
          <w:rFonts w:ascii="Verdana Pro" w:hAnsi="Verdana Pro" w:eastAsia="Verdana Pro" w:cs="Verdana Pro"/>
        </w:rPr>
      </w:pPr>
      <w:r w:rsidRPr="1B05A80C" w:rsidR="1B05A80C">
        <w:rPr>
          <w:rFonts w:ascii="Verdana Pro" w:hAnsi="Verdana Pro" w:eastAsia="Verdana Pro" w:cs="Verdana Pro"/>
        </w:rPr>
        <w:t>4. What is your religion / belief?</w:t>
      </w:r>
    </w:p>
    <w:p xmlns:wp14="http://schemas.microsoft.com/office/word/2010/wordml" w:rsidP="1B05A80C" w14:paraId="432EF44F" wp14:textId="77777777">
      <w:pPr>
        <w:rPr>
          <w:rFonts w:ascii="Verdana Pro" w:hAnsi="Verdana Pro" w:eastAsia="Verdana Pro" w:cs="Verdana Pro"/>
        </w:rPr>
      </w:pPr>
      <w:r w:rsidRPr="1B05A80C" w:rsidR="1B05A80C">
        <w:rPr>
          <w:rFonts w:ascii="Verdana Pro" w:hAnsi="Verdana Pro" w:eastAsia="Verdana Pro" w:cs="Verdana Pro"/>
        </w:rPr>
        <w:t>□ Buddhist</w:t>
      </w:r>
    </w:p>
    <w:p xmlns:wp14="http://schemas.microsoft.com/office/word/2010/wordml" w:rsidP="1B05A80C" w14:paraId="30AD0325" wp14:textId="77777777">
      <w:pPr>
        <w:rPr>
          <w:rFonts w:ascii="Verdana Pro" w:hAnsi="Verdana Pro" w:eastAsia="Verdana Pro" w:cs="Verdana Pro"/>
        </w:rPr>
      </w:pPr>
      <w:r w:rsidRPr="1B05A80C" w:rsidR="1B05A80C">
        <w:rPr>
          <w:rFonts w:ascii="Verdana Pro" w:hAnsi="Verdana Pro" w:eastAsia="Verdana Pro" w:cs="Verdana Pro"/>
        </w:rPr>
        <w:t>□ Christian</w:t>
      </w:r>
    </w:p>
    <w:p xmlns:wp14="http://schemas.microsoft.com/office/word/2010/wordml" w:rsidP="1B05A80C" w14:paraId="0FBFDD74" wp14:textId="77777777">
      <w:pPr>
        <w:rPr>
          <w:rFonts w:ascii="Verdana Pro" w:hAnsi="Verdana Pro" w:eastAsia="Verdana Pro" w:cs="Verdana Pro"/>
        </w:rPr>
      </w:pPr>
      <w:r w:rsidRPr="1B05A80C" w:rsidR="1B05A80C">
        <w:rPr>
          <w:rFonts w:ascii="Verdana Pro" w:hAnsi="Verdana Pro" w:eastAsia="Verdana Pro" w:cs="Verdana Pro"/>
        </w:rPr>
        <w:t>□ Hindu</w:t>
      </w:r>
    </w:p>
    <w:p xmlns:wp14="http://schemas.microsoft.com/office/word/2010/wordml" w:rsidP="1B05A80C" w14:paraId="23B70AB6" wp14:textId="77777777">
      <w:pPr>
        <w:rPr>
          <w:rFonts w:ascii="Verdana Pro" w:hAnsi="Verdana Pro" w:eastAsia="Verdana Pro" w:cs="Verdana Pro"/>
        </w:rPr>
      </w:pPr>
      <w:r w:rsidRPr="1B05A80C" w:rsidR="1B05A80C">
        <w:rPr>
          <w:rFonts w:ascii="Verdana Pro" w:hAnsi="Verdana Pro" w:eastAsia="Verdana Pro" w:cs="Verdana Pro"/>
        </w:rPr>
        <w:t>□ Jewish</w:t>
      </w:r>
    </w:p>
    <w:p xmlns:wp14="http://schemas.microsoft.com/office/word/2010/wordml" w:rsidP="1B05A80C" w14:paraId="240C1A29" wp14:textId="77777777">
      <w:pPr>
        <w:rPr>
          <w:rFonts w:ascii="Verdana Pro" w:hAnsi="Verdana Pro" w:eastAsia="Verdana Pro" w:cs="Verdana Pro"/>
        </w:rPr>
      </w:pPr>
      <w:r w:rsidRPr="1B05A80C" w:rsidR="1B05A80C">
        <w:rPr>
          <w:rFonts w:ascii="Verdana Pro" w:hAnsi="Verdana Pro" w:eastAsia="Verdana Pro" w:cs="Verdana Pro"/>
        </w:rPr>
        <w:t>□ Muslim</w:t>
      </w:r>
    </w:p>
    <w:p xmlns:wp14="http://schemas.microsoft.com/office/word/2010/wordml" w:rsidP="1B05A80C" w14:paraId="3CEF7A54" wp14:textId="77777777">
      <w:pPr>
        <w:rPr>
          <w:rFonts w:ascii="Verdana Pro" w:hAnsi="Verdana Pro" w:eastAsia="Verdana Pro" w:cs="Verdana Pro"/>
        </w:rPr>
      </w:pPr>
      <w:r w:rsidRPr="1B05A80C" w:rsidR="1B05A80C">
        <w:rPr>
          <w:rFonts w:ascii="Verdana Pro" w:hAnsi="Verdana Pro" w:eastAsia="Verdana Pro" w:cs="Verdana Pro"/>
        </w:rPr>
        <w:t>□ Sikh</w:t>
      </w:r>
    </w:p>
    <w:p xmlns:wp14="http://schemas.microsoft.com/office/word/2010/wordml" w:rsidP="1B05A80C" w14:paraId="0F93F2D3" wp14:textId="77777777">
      <w:pPr>
        <w:rPr>
          <w:rFonts w:ascii="Verdana Pro" w:hAnsi="Verdana Pro" w:eastAsia="Verdana Pro" w:cs="Verdana Pro"/>
        </w:rPr>
      </w:pPr>
      <w:r w:rsidRPr="1B05A80C" w:rsidR="1B05A80C">
        <w:rPr>
          <w:rFonts w:ascii="Verdana Pro" w:hAnsi="Verdana Pro" w:eastAsia="Verdana Pro" w:cs="Verdana Pro"/>
        </w:rPr>
        <w:t>□ No religion / belief</w:t>
      </w:r>
    </w:p>
    <w:p xmlns:wp14="http://schemas.microsoft.com/office/word/2010/wordml" w:rsidP="1B05A80C" w14:paraId="348D8F6E"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5A39BBE3" wp14:textId="77777777">
      <w:pPr>
        <w:rPr>
          <w:rFonts w:ascii="Verdana Pro" w:hAnsi="Verdana Pro" w:eastAsia="Verdana Pro" w:cs="Verdana Pro"/>
        </w:rPr>
      </w:pPr>
    </w:p>
    <w:p xmlns:wp14="http://schemas.microsoft.com/office/word/2010/wordml" w:rsidP="1B05A80C" w14:paraId="281D99E8" wp14:textId="77777777">
      <w:pPr>
        <w:rPr>
          <w:rFonts w:ascii="Verdana Pro" w:hAnsi="Verdana Pro" w:eastAsia="Verdana Pro" w:cs="Verdana Pro"/>
        </w:rPr>
      </w:pPr>
      <w:r w:rsidRPr="1B05A80C" w:rsidR="1B05A80C">
        <w:rPr>
          <w:rFonts w:ascii="Verdana Pro" w:hAnsi="Verdana Pro" w:eastAsia="Verdana Pro" w:cs="Verdana Pro"/>
        </w:rPr>
        <w:t>5. What is your ethnic origin?</w:t>
      </w:r>
    </w:p>
    <w:p xmlns:wp14="http://schemas.microsoft.com/office/word/2010/wordml" w:rsidP="1B05A80C" w14:paraId="29B51FB8" wp14:textId="77777777">
      <w:pPr>
        <w:rPr>
          <w:rFonts w:ascii="Verdana Pro" w:hAnsi="Verdana Pro" w:eastAsia="Verdana Pro" w:cs="Verdana Pro"/>
        </w:rPr>
      </w:pPr>
      <w:r w:rsidRPr="1B05A80C" w:rsidR="1B05A80C">
        <w:rPr>
          <w:rFonts w:ascii="Verdana Pro" w:hAnsi="Verdana Pro" w:eastAsia="Verdana Pro" w:cs="Verdana Pro"/>
        </w:rPr>
        <w:t>□ White: English/Welsh/Scottish/Northern Irish/British</w:t>
      </w:r>
    </w:p>
    <w:p xmlns:wp14="http://schemas.microsoft.com/office/word/2010/wordml" w:rsidP="1B05A80C" w14:paraId="556FD338" wp14:textId="77777777">
      <w:pPr>
        <w:rPr>
          <w:rFonts w:ascii="Verdana Pro" w:hAnsi="Verdana Pro" w:eastAsia="Verdana Pro" w:cs="Verdana Pro"/>
        </w:rPr>
      </w:pPr>
      <w:r w:rsidRPr="1B05A80C" w:rsidR="1B05A80C">
        <w:rPr>
          <w:rFonts w:ascii="Verdana Pro" w:hAnsi="Verdana Pro" w:eastAsia="Verdana Pro" w:cs="Verdana Pro"/>
        </w:rPr>
        <w:t>□ White: Irish</w:t>
      </w:r>
    </w:p>
    <w:p xmlns:wp14="http://schemas.microsoft.com/office/word/2010/wordml" w:rsidP="1B05A80C" w14:paraId="0FC1342B" wp14:textId="77777777">
      <w:pPr>
        <w:rPr>
          <w:rFonts w:ascii="Verdana Pro" w:hAnsi="Verdana Pro" w:eastAsia="Verdana Pro" w:cs="Verdana Pro"/>
        </w:rPr>
      </w:pPr>
      <w:r w:rsidRPr="1B05A80C" w:rsidR="1B05A80C">
        <w:rPr>
          <w:rFonts w:ascii="Verdana Pro" w:hAnsi="Verdana Pro" w:eastAsia="Verdana Pro" w:cs="Verdana Pro"/>
        </w:rPr>
        <w:t>□ White: Other White</w:t>
      </w:r>
    </w:p>
    <w:p xmlns:wp14="http://schemas.microsoft.com/office/word/2010/wordml" w:rsidP="1B05A80C" w14:paraId="3A45644F" wp14:textId="77777777">
      <w:pPr>
        <w:rPr>
          <w:rFonts w:ascii="Verdana Pro" w:hAnsi="Verdana Pro" w:eastAsia="Verdana Pro" w:cs="Verdana Pro"/>
        </w:rPr>
      </w:pPr>
      <w:r w:rsidRPr="1B05A80C" w:rsidR="1B05A80C">
        <w:rPr>
          <w:rFonts w:ascii="Verdana Pro" w:hAnsi="Verdana Pro" w:eastAsia="Verdana Pro" w:cs="Verdana Pro"/>
        </w:rPr>
        <w:t>□ Mixed: White and Black Caribbean</w:t>
      </w:r>
    </w:p>
    <w:p xmlns:wp14="http://schemas.microsoft.com/office/word/2010/wordml" w:rsidP="1B05A80C" w14:paraId="56353918" wp14:textId="77777777">
      <w:pPr>
        <w:rPr>
          <w:rFonts w:ascii="Verdana Pro" w:hAnsi="Verdana Pro" w:eastAsia="Verdana Pro" w:cs="Verdana Pro"/>
        </w:rPr>
      </w:pPr>
      <w:r w:rsidRPr="1B05A80C" w:rsidR="1B05A80C">
        <w:rPr>
          <w:rFonts w:ascii="Verdana Pro" w:hAnsi="Verdana Pro" w:eastAsia="Verdana Pro" w:cs="Verdana Pro"/>
        </w:rPr>
        <w:t>□ White &amp; Asian</w:t>
      </w:r>
    </w:p>
    <w:p xmlns:wp14="http://schemas.microsoft.com/office/word/2010/wordml" w:rsidP="1B05A80C" w14:paraId="0AD0220C" wp14:textId="77777777">
      <w:pPr>
        <w:rPr>
          <w:rFonts w:ascii="Verdana Pro" w:hAnsi="Verdana Pro" w:eastAsia="Verdana Pro" w:cs="Verdana Pro"/>
        </w:rPr>
      </w:pPr>
      <w:r w:rsidRPr="1B05A80C" w:rsidR="1B05A80C">
        <w:rPr>
          <w:rFonts w:ascii="Verdana Pro" w:hAnsi="Verdana Pro" w:eastAsia="Verdana Pro" w:cs="Verdana Pro"/>
        </w:rPr>
        <w:t>□ Mixed: White and Asian</w:t>
      </w:r>
    </w:p>
    <w:p xmlns:wp14="http://schemas.microsoft.com/office/word/2010/wordml" w:rsidP="1B05A80C" w14:paraId="212B0540" wp14:textId="77777777">
      <w:pPr>
        <w:rPr>
          <w:rFonts w:ascii="Verdana Pro" w:hAnsi="Verdana Pro" w:eastAsia="Verdana Pro" w:cs="Verdana Pro"/>
        </w:rPr>
      </w:pPr>
      <w:r w:rsidRPr="1B05A80C" w:rsidR="1B05A80C">
        <w:rPr>
          <w:rFonts w:ascii="Verdana Pro" w:hAnsi="Verdana Pro" w:eastAsia="Verdana Pro" w:cs="Verdana Pro"/>
        </w:rPr>
        <w:t>□ Mixed: Other Mixed</w:t>
      </w:r>
    </w:p>
    <w:p xmlns:wp14="http://schemas.microsoft.com/office/word/2010/wordml" w:rsidP="1B05A80C" w14:paraId="65F3554C" wp14:textId="77777777">
      <w:pPr>
        <w:rPr>
          <w:rFonts w:ascii="Verdana Pro" w:hAnsi="Verdana Pro" w:eastAsia="Verdana Pro" w:cs="Verdana Pro"/>
        </w:rPr>
      </w:pPr>
      <w:r w:rsidRPr="1B05A80C" w:rsidR="1B05A80C">
        <w:rPr>
          <w:rFonts w:ascii="Verdana Pro" w:hAnsi="Verdana Pro" w:eastAsia="Verdana Pro" w:cs="Verdana Pro"/>
        </w:rPr>
        <w:t>□ Asian/Asian British: Indian</w:t>
      </w:r>
    </w:p>
    <w:p xmlns:wp14="http://schemas.microsoft.com/office/word/2010/wordml" w:rsidP="1B05A80C" w14:paraId="580AC2F3" wp14:textId="77777777">
      <w:pPr>
        <w:rPr>
          <w:rFonts w:ascii="Verdana Pro" w:hAnsi="Verdana Pro" w:eastAsia="Verdana Pro" w:cs="Verdana Pro"/>
        </w:rPr>
      </w:pPr>
      <w:r w:rsidRPr="1B05A80C" w:rsidR="1B05A80C">
        <w:rPr>
          <w:rFonts w:ascii="Verdana Pro" w:hAnsi="Verdana Pro" w:eastAsia="Verdana Pro" w:cs="Verdana Pro"/>
        </w:rPr>
        <w:t>□ Asian/Asian British: Pakistani</w:t>
      </w:r>
    </w:p>
    <w:p xmlns:wp14="http://schemas.microsoft.com/office/word/2010/wordml" w:rsidP="1B05A80C" w14:paraId="58BEC341" wp14:textId="77777777">
      <w:pPr>
        <w:rPr>
          <w:rFonts w:ascii="Verdana Pro" w:hAnsi="Verdana Pro" w:eastAsia="Verdana Pro" w:cs="Verdana Pro"/>
        </w:rPr>
      </w:pPr>
      <w:r w:rsidRPr="1B05A80C" w:rsidR="1B05A80C">
        <w:rPr>
          <w:rFonts w:ascii="Verdana Pro" w:hAnsi="Verdana Pro" w:eastAsia="Verdana Pro" w:cs="Verdana Pro"/>
        </w:rPr>
        <w:t>□ Asian/Asian British: Bangladeshi</w:t>
      </w:r>
    </w:p>
    <w:p xmlns:wp14="http://schemas.microsoft.com/office/word/2010/wordml" w:rsidP="1B05A80C" w14:paraId="2D08FD80" wp14:textId="77777777">
      <w:pPr>
        <w:rPr>
          <w:rFonts w:ascii="Verdana Pro" w:hAnsi="Verdana Pro" w:eastAsia="Verdana Pro" w:cs="Verdana Pro"/>
        </w:rPr>
      </w:pPr>
      <w:r w:rsidRPr="1B05A80C" w:rsidR="1B05A80C">
        <w:rPr>
          <w:rFonts w:ascii="Verdana Pro" w:hAnsi="Verdana Pro" w:eastAsia="Verdana Pro" w:cs="Verdana Pro"/>
        </w:rPr>
        <w:t>□ Asian/Asian British: Chinese</w:t>
      </w:r>
    </w:p>
    <w:p xmlns:wp14="http://schemas.microsoft.com/office/word/2010/wordml" w:rsidP="1B05A80C" w14:paraId="76E93CA3" wp14:textId="77777777">
      <w:pPr>
        <w:rPr>
          <w:rFonts w:ascii="Verdana Pro" w:hAnsi="Verdana Pro" w:eastAsia="Verdana Pro" w:cs="Verdana Pro"/>
        </w:rPr>
      </w:pPr>
      <w:r w:rsidRPr="1B05A80C" w:rsidR="1B05A80C">
        <w:rPr>
          <w:rFonts w:ascii="Verdana Pro" w:hAnsi="Verdana Pro" w:eastAsia="Verdana Pro" w:cs="Verdana Pro"/>
        </w:rPr>
        <w:t>□ Asian/Asian British: Other Asian</w:t>
      </w:r>
    </w:p>
    <w:p xmlns:wp14="http://schemas.microsoft.com/office/word/2010/wordml" w:rsidP="1B05A80C" w14:paraId="15C88910" wp14:textId="77777777">
      <w:pPr>
        <w:rPr>
          <w:rFonts w:ascii="Verdana Pro" w:hAnsi="Verdana Pro" w:eastAsia="Verdana Pro" w:cs="Verdana Pro"/>
        </w:rPr>
      </w:pPr>
      <w:r w:rsidRPr="1B05A80C" w:rsidR="1B05A80C">
        <w:rPr>
          <w:rFonts w:ascii="Verdana Pro" w:hAnsi="Verdana Pro" w:eastAsia="Verdana Pro" w:cs="Verdana Pro"/>
        </w:rPr>
        <w:t>□ Black/African/Caribbean/Black British: Caribbean</w:t>
      </w:r>
    </w:p>
    <w:p xmlns:wp14="http://schemas.microsoft.com/office/word/2010/wordml" w:rsidP="1B05A80C" w14:paraId="244FD3CA" wp14:textId="77777777">
      <w:pPr>
        <w:rPr>
          <w:rFonts w:ascii="Verdana Pro" w:hAnsi="Verdana Pro" w:eastAsia="Verdana Pro" w:cs="Verdana Pro"/>
        </w:rPr>
      </w:pPr>
      <w:r w:rsidRPr="1B05A80C" w:rsidR="1B05A80C">
        <w:rPr>
          <w:rFonts w:ascii="Verdana Pro" w:hAnsi="Verdana Pro" w:eastAsia="Verdana Pro" w:cs="Verdana Pro"/>
        </w:rPr>
        <w:t>□ Black/African/Caribbean/Black British: Other Black</w:t>
      </w:r>
    </w:p>
    <w:p xmlns:wp14="http://schemas.microsoft.com/office/word/2010/wordml" w:rsidP="1B05A80C" w14:paraId="283BB2C4" wp14:textId="77777777">
      <w:pPr>
        <w:rPr>
          <w:rFonts w:ascii="Verdana Pro" w:hAnsi="Verdana Pro" w:eastAsia="Verdana Pro" w:cs="Verdana Pro"/>
        </w:rPr>
      </w:pPr>
      <w:r w:rsidRPr="1B05A80C" w:rsidR="1B05A80C">
        <w:rPr>
          <w:rFonts w:ascii="Verdana Pro" w:hAnsi="Verdana Pro" w:eastAsia="Verdana Pro" w:cs="Verdana Pro"/>
        </w:rPr>
        <w:t>□ Other ethnic group: Arab</w:t>
      </w:r>
    </w:p>
    <w:p xmlns:wp14="http://schemas.microsoft.com/office/word/2010/wordml" w:rsidP="1B05A80C" w14:paraId="57D2E358" wp14:textId="77777777">
      <w:pPr>
        <w:rPr>
          <w:rFonts w:ascii="Verdana Pro" w:hAnsi="Verdana Pro" w:eastAsia="Verdana Pro" w:cs="Verdana Pro"/>
        </w:rPr>
      </w:pPr>
      <w:r w:rsidRPr="1B05A80C" w:rsidR="1B05A80C">
        <w:rPr>
          <w:rFonts w:ascii="Verdana Pro" w:hAnsi="Verdana Pro" w:eastAsia="Verdana Pro" w:cs="Verdana Pro"/>
        </w:rPr>
        <w:t>□ Other ethnic group: Any other ethnic group</w:t>
      </w:r>
    </w:p>
    <w:p xmlns:wp14="http://schemas.microsoft.com/office/word/2010/wordml" w:rsidP="1B05A80C" w14:paraId="12918536" wp14:textId="77777777">
      <w:pPr>
        <w:rPr>
          <w:rFonts w:ascii="Verdana Pro" w:hAnsi="Verdana Pro" w:eastAsia="Verdana Pro" w:cs="Verdana Pro"/>
        </w:rPr>
      </w:pPr>
      <w:r w:rsidRPr="1B05A80C" w:rsidR="1B05A80C">
        <w:rPr>
          <w:rFonts w:ascii="Verdana Pro" w:hAnsi="Verdana Pro" w:eastAsia="Verdana Pro" w:cs="Verdana Pro"/>
        </w:rPr>
        <w:t>□ Prefer not to say ethnicity</w:t>
      </w:r>
    </w:p>
    <w:p xmlns:wp14="http://schemas.microsoft.com/office/word/2010/wordml" w:rsidP="1B05A80C" w14:paraId="14FF81E4" wp14:textId="77777777">
      <w:pPr>
        <w:rPr>
          <w:rFonts w:ascii="Verdana Pro" w:hAnsi="Verdana Pro" w:eastAsia="Verdana Pro" w:cs="Verdana Pro"/>
        </w:rPr>
      </w:pPr>
      <w:r w:rsidRPr="1B05A80C" w:rsidR="1B05A80C">
        <w:rPr>
          <w:rFonts w:ascii="Verdana Pro" w:hAnsi="Verdana Pro" w:eastAsia="Verdana Pro" w:cs="Verdana Pro"/>
        </w:rPr>
        <w:t>□ Don't know ethnicity</w:t>
      </w:r>
    </w:p>
    <w:p xmlns:wp14="http://schemas.microsoft.com/office/word/2010/wordml" w:rsidP="1B05A80C" w14:paraId="41C8F396" wp14:textId="77777777">
      <w:pPr>
        <w:rPr>
          <w:rFonts w:ascii="Verdana Pro" w:hAnsi="Verdana Pro" w:eastAsia="Verdana Pro" w:cs="Verdana Pro"/>
        </w:rPr>
      </w:pPr>
    </w:p>
    <w:p xmlns:wp14="http://schemas.microsoft.com/office/word/2010/wordml" w:rsidP="1B05A80C" w14:paraId="78453966" wp14:textId="77777777">
      <w:pPr>
        <w:rPr>
          <w:rFonts w:ascii="Verdana Pro" w:hAnsi="Verdana Pro" w:eastAsia="Verdana Pro" w:cs="Verdana Pro"/>
        </w:rPr>
      </w:pPr>
      <w:r w:rsidRPr="1B05A80C" w:rsidR="1B05A80C">
        <w:rPr>
          <w:rFonts w:ascii="Verdana Pro" w:hAnsi="Verdana Pro" w:eastAsia="Verdana Pro" w:cs="Verdana Pro"/>
        </w:rPr>
        <w:t>6. Gender</w:t>
      </w:r>
    </w:p>
    <w:p xmlns:wp14="http://schemas.microsoft.com/office/word/2010/wordml" w:rsidP="1B05A80C" w14:paraId="1B3F29C5" wp14:textId="77777777">
      <w:pPr>
        <w:rPr>
          <w:rFonts w:ascii="Verdana Pro" w:hAnsi="Verdana Pro" w:eastAsia="Verdana Pro" w:cs="Verdana Pro"/>
        </w:rPr>
      </w:pPr>
      <w:r w:rsidRPr="1B05A80C" w:rsidR="1B05A80C">
        <w:rPr>
          <w:rFonts w:ascii="Verdana Pro" w:hAnsi="Verdana Pro" w:eastAsia="Verdana Pro" w:cs="Verdana Pro"/>
        </w:rPr>
        <w:t>□ Woman</w:t>
      </w:r>
    </w:p>
    <w:p xmlns:wp14="http://schemas.microsoft.com/office/word/2010/wordml" w:rsidP="1B05A80C" w14:paraId="3B457F47" wp14:textId="77777777">
      <w:pPr>
        <w:rPr>
          <w:rFonts w:ascii="Verdana Pro" w:hAnsi="Verdana Pro" w:eastAsia="Verdana Pro" w:cs="Verdana Pro"/>
        </w:rPr>
      </w:pPr>
      <w:r w:rsidRPr="1B05A80C" w:rsidR="1B05A80C">
        <w:rPr>
          <w:rFonts w:ascii="Verdana Pro" w:hAnsi="Verdana Pro" w:eastAsia="Verdana Pro" w:cs="Verdana Pro"/>
        </w:rPr>
        <w:t>□ Man</w:t>
      </w:r>
    </w:p>
    <w:p xmlns:wp14="http://schemas.microsoft.com/office/word/2010/wordml" w:rsidP="1B05A80C" w14:paraId="029BF13E"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72A3D3EC" wp14:textId="77777777">
      <w:pPr>
        <w:rPr>
          <w:rFonts w:ascii="Verdana Pro" w:hAnsi="Verdana Pro" w:eastAsia="Verdana Pro" w:cs="Verdana Pro"/>
        </w:rPr>
      </w:pPr>
    </w:p>
    <w:p xmlns:wp14="http://schemas.microsoft.com/office/word/2010/wordml" w:rsidP="1B05A80C" w14:paraId="3AC2898A" wp14:textId="79866820">
      <w:pPr>
        <w:rPr>
          <w:rFonts w:ascii="Verdana Pro" w:hAnsi="Verdana Pro" w:eastAsia="Verdana Pro" w:cs="Verdana Pro"/>
        </w:rPr>
      </w:pPr>
      <w:r w:rsidRPr="0AE8194D" w:rsidR="26AB3B90">
        <w:rPr>
          <w:rFonts w:ascii="Verdana Pro" w:hAnsi="Verdana Pro" w:eastAsia="Verdana Pro" w:cs="Verdana Pro"/>
        </w:rPr>
        <w:t xml:space="preserve">7. Gender </w:t>
      </w:r>
      <w:r w:rsidRPr="0AE8194D" w:rsidR="4D373258">
        <w:rPr>
          <w:rFonts w:ascii="Verdana Pro" w:hAnsi="Verdana Pro" w:eastAsia="Verdana Pro" w:cs="Verdana Pro"/>
        </w:rPr>
        <w:t>i</w:t>
      </w:r>
      <w:r w:rsidRPr="0AE8194D" w:rsidR="26AB3B90">
        <w:rPr>
          <w:rFonts w:ascii="Verdana Pro" w:hAnsi="Verdana Pro" w:eastAsia="Verdana Pro" w:cs="Verdana Pro"/>
        </w:rPr>
        <w:t>dentity</w:t>
      </w:r>
    </w:p>
    <w:p xmlns:wp14="http://schemas.microsoft.com/office/word/2010/wordml" w:rsidP="1B05A80C" w14:paraId="50CD5F4B" wp14:textId="77777777">
      <w:pPr>
        <w:rPr>
          <w:rFonts w:ascii="Verdana Pro" w:hAnsi="Verdana Pro" w:eastAsia="Verdana Pro" w:cs="Verdana Pro"/>
        </w:rPr>
      </w:pPr>
      <w:r w:rsidRPr="1B05A80C" w:rsidR="1B05A80C">
        <w:rPr>
          <w:rFonts w:ascii="Verdana Pro" w:hAnsi="Verdana Pro" w:eastAsia="Verdana Pro" w:cs="Verdana Pro"/>
        </w:rPr>
        <w:t>□ Do not identify as trans</w:t>
      </w:r>
    </w:p>
    <w:p xmlns:wp14="http://schemas.microsoft.com/office/word/2010/wordml" w:rsidP="1B05A80C" w14:paraId="6BA82E01" wp14:textId="77777777">
      <w:pPr>
        <w:rPr>
          <w:rFonts w:ascii="Verdana Pro" w:hAnsi="Verdana Pro" w:eastAsia="Verdana Pro" w:cs="Verdana Pro"/>
        </w:rPr>
      </w:pPr>
      <w:r w:rsidRPr="1B05A80C" w:rsidR="1B05A80C">
        <w:rPr>
          <w:rFonts w:ascii="Verdana Pro" w:hAnsi="Verdana Pro" w:eastAsia="Verdana Pro" w:cs="Verdana Pro"/>
        </w:rPr>
        <w:t>□ Identify as trans</w:t>
      </w:r>
    </w:p>
    <w:p xmlns:wp14="http://schemas.microsoft.com/office/word/2010/wordml" w:rsidP="1B05A80C" w14:paraId="4A92C6FE"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0D0B940D" wp14:textId="77777777">
      <w:pPr>
        <w:rPr>
          <w:rFonts w:ascii="Verdana Pro" w:hAnsi="Verdana Pro" w:eastAsia="Verdana Pro" w:cs="Verdana Pro"/>
        </w:rPr>
      </w:pPr>
    </w:p>
    <w:p xmlns:wp14="http://schemas.microsoft.com/office/word/2010/wordml" w:rsidP="1B05A80C" w14:paraId="18E755F7" wp14:textId="77777777">
      <w:pPr>
        <w:rPr>
          <w:rFonts w:ascii="Verdana Pro" w:hAnsi="Verdana Pro" w:eastAsia="Verdana Pro" w:cs="Verdana Pro"/>
        </w:rPr>
      </w:pPr>
      <w:r w:rsidRPr="1B05A80C" w:rsidR="1B05A80C">
        <w:rPr>
          <w:rFonts w:ascii="Verdana Pro" w:hAnsi="Verdana Pro" w:eastAsia="Verdana Pro" w:cs="Verdana Pro"/>
        </w:rPr>
        <w:t>8. Sexual Orientation</w:t>
      </w:r>
    </w:p>
    <w:p xmlns:wp14="http://schemas.microsoft.com/office/word/2010/wordml" w:rsidP="1B05A80C" w14:paraId="3E168778" wp14:textId="77777777">
      <w:pPr>
        <w:rPr>
          <w:rFonts w:ascii="Verdana Pro" w:hAnsi="Verdana Pro" w:eastAsia="Verdana Pro" w:cs="Verdana Pro"/>
        </w:rPr>
      </w:pPr>
      <w:r w:rsidRPr="1B05A80C" w:rsidR="1B05A80C">
        <w:rPr>
          <w:rFonts w:ascii="Verdana Pro" w:hAnsi="Verdana Pro" w:eastAsia="Verdana Pro" w:cs="Verdana Pro"/>
        </w:rPr>
        <w:t>□ Bisexual</w:t>
      </w:r>
    </w:p>
    <w:p xmlns:wp14="http://schemas.microsoft.com/office/word/2010/wordml" w:rsidP="1B05A80C" w14:paraId="739EE4D1" wp14:textId="77777777">
      <w:pPr>
        <w:rPr>
          <w:rFonts w:ascii="Verdana Pro" w:hAnsi="Verdana Pro" w:eastAsia="Verdana Pro" w:cs="Verdana Pro"/>
        </w:rPr>
      </w:pPr>
      <w:r w:rsidRPr="1B05A80C" w:rsidR="1B05A80C">
        <w:rPr>
          <w:rFonts w:ascii="Verdana Pro" w:hAnsi="Verdana Pro" w:eastAsia="Verdana Pro" w:cs="Verdana Pro"/>
        </w:rPr>
        <w:t>□ Gay or Lesbian</w:t>
      </w:r>
    </w:p>
    <w:p xmlns:wp14="http://schemas.microsoft.com/office/word/2010/wordml" w:rsidP="1B05A80C" w14:paraId="6E1564EC" wp14:textId="77777777">
      <w:pPr>
        <w:rPr>
          <w:rFonts w:ascii="Verdana Pro" w:hAnsi="Verdana Pro" w:eastAsia="Verdana Pro" w:cs="Verdana Pro"/>
        </w:rPr>
      </w:pPr>
      <w:r w:rsidRPr="1B05A80C" w:rsidR="1B05A80C">
        <w:rPr>
          <w:rFonts w:ascii="Verdana Pro" w:hAnsi="Verdana Pro" w:eastAsia="Verdana Pro" w:cs="Verdana Pro"/>
        </w:rPr>
        <w:t>□ Heterosexual or Straight</w:t>
      </w:r>
    </w:p>
    <w:p xmlns:wp14="http://schemas.microsoft.com/office/word/2010/wordml" w:rsidP="1B05A80C" w14:paraId="0B7E5473"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0E27B00A" wp14:textId="77777777">
      <w:pPr>
        <w:rPr>
          <w:rFonts w:ascii="Verdana Pro" w:hAnsi="Verdana Pro" w:eastAsia="Verdana Pro" w:cs="Verdana Pro"/>
        </w:rPr>
      </w:pPr>
    </w:p>
    <w:p xmlns:wp14="http://schemas.microsoft.com/office/word/2010/wordml" w:rsidP="1B05A80C" w14:paraId="081A5529" wp14:textId="77777777">
      <w:pPr>
        <w:rPr>
          <w:rFonts w:ascii="Verdana Pro" w:hAnsi="Verdana Pro" w:eastAsia="Verdana Pro" w:cs="Verdana Pro"/>
        </w:rPr>
      </w:pPr>
      <w:r w:rsidRPr="1B05A80C" w:rsidR="1B05A80C">
        <w:rPr>
          <w:rFonts w:ascii="Verdana Pro" w:hAnsi="Verdana Pro" w:eastAsia="Verdana Pro" w:cs="Verdana Pro"/>
        </w:rPr>
        <w:t>9. Do you consider yourself to have a disability or disabling condition?</w:t>
      </w:r>
    </w:p>
    <w:p xmlns:wp14="http://schemas.microsoft.com/office/word/2010/wordml" w:rsidP="1B05A80C" w14:paraId="121F261C" wp14:textId="77777777">
      <w:pPr>
        <w:rPr>
          <w:rFonts w:ascii="Verdana Pro" w:hAnsi="Verdana Pro" w:eastAsia="Verdana Pro" w:cs="Verdana Pro"/>
        </w:rPr>
      </w:pPr>
      <w:r w:rsidRPr="1B05A80C" w:rsidR="1B05A80C">
        <w:rPr>
          <w:rFonts w:ascii="Verdana Pro" w:hAnsi="Verdana Pro" w:eastAsia="Verdana Pro" w:cs="Verdana Pro"/>
        </w:rPr>
        <w:t>□ Current disability or work-limiting disability</w:t>
      </w:r>
    </w:p>
    <w:p xmlns:wp14="http://schemas.microsoft.com/office/word/2010/wordml" w:rsidP="1B05A80C" w14:paraId="253E360F" wp14:textId="77777777">
      <w:pPr>
        <w:rPr>
          <w:rFonts w:ascii="Verdana Pro" w:hAnsi="Verdana Pro" w:eastAsia="Verdana Pro" w:cs="Verdana Pro"/>
        </w:rPr>
      </w:pPr>
      <w:r w:rsidRPr="1B05A80C" w:rsidR="1B05A80C">
        <w:rPr>
          <w:rFonts w:ascii="Verdana Pro" w:hAnsi="Verdana Pro" w:eastAsia="Verdana Pro" w:cs="Verdana Pro"/>
        </w:rPr>
        <w:t>□ No core or work-limiting disability</w:t>
      </w:r>
    </w:p>
    <w:p xmlns:wp14="http://schemas.microsoft.com/office/word/2010/wordml" w:rsidP="1B05A80C" w14:paraId="23FEDD33"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60061E4C" wp14:textId="77777777">
      <w:pPr>
        <w:rPr>
          <w:rFonts w:ascii="Verdana Pro" w:hAnsi="Verdana Pro" w:eastAsia="Verdana Pro" w:cs="Verdana Pro"/>
        </w:rPr>
      </w:pPr>
    </w:p>
    <w:p xmlns:wp14="http://schemas.microsoft.com/office/word/2010/wordml" w:rsidP="1B05A80C" w14:paraId="66489468" wp14:textId="77777777">
      <w:pPr>
        <w:rPr>
          <w:rFonts w:ascii="Verdana Pro" w:hAnsi="Verdana Pro" w:eastAsia="Verdana Pro" w:cs="Verdana Pro"/>
        </w:rPr>
      </w:pPr>
      <w:r w:rsidRPr="1B05A80C" w:rsidR="1B05A80C">
        <w:rPr>
          <w:rFonts w:ascii="Verdana Pro" w:hAnsi="Verdana Pro" w:eastAsia="Verdana Pro" w:cs="Verdana Pro"/>
        </w:rPr>
        <w:t>10. If yes, which category best describes your disability?</w:t>
      </w:r>
    </w:p>
    <w:p xmlns:wp14="http://schemas.microsoft.com/office/word/2010/wordml" w:rsidP="1B05A80C" w14:paraId="4046D15A" wp14:textId="77777777">
      <w:pPr>
        <w:rPr>
          <w:rFonts w:ascii="Verdana Pro" w:hAnsi="Verdana Pro" w:eastAsia="Verdana Pro" w:cs="Verdana Pro"/>
        </w:rPr>
      </w:pPr>
      <w:r w:rsidRPr="1B05A80C" w:rsidR="1B05A80C">
        <w:rPr>
          <w:rFonts w:ascii="Verdana Pro" w:hAnsi="Verdana Pro" w:eastAsia="Verdana Pro" w:cs="Verdana Pro"/>
        </w:rPr>
        <w:t>□ Learning Difficulties</w:t>
      </w:r>
    </w:p>
    <w:p xmlns:wp14="http://schemas.microsoft.com/office/word/2010/wordml" w:rsidP="1B05A80C" w14:paraId="35D98CE6" wp14:textId="77777777">
      <w:pPr>
        <w:rPr>
          <w:rFonts w:ascii="Verdana Pro" w:hAnsi="Verdana Pro" w:eastAsia="Verdana Pro" w:cs="Verdana Pro"/>
        </w:rPr>
      </w:pPr>
      <w:r w:rsidRPr="1B05A80C" w:rsidR="1B05A80C">
        <w:rPr>
          <w:rFonts w:ascii="Verdana Pro" w:hAnsi="Verdana Pro" w:eastAsia="Verdana Pro" w:cs="Verdana Pro"/>
        </w:rPr>
        <w:t>□ Physical/Mobility Impairment</w:t>
      </w:r>
    </w:p>
    <w:p xmlns:wp14="http://schemas.microsoft.com/office/word/2010/wordml" w:rsidP="1B05A80C" w14:paraId="06C6E5B6" wp14:textId="77777777">
      <w:pPr>
        <w:rPr>
          <w:rFonts w:ascii="Verdana Pro" w:hAnsi="Verdana Pro" w:eastAsia="Verdana Pro" w:cs="Verdana Pro"/>
        </w:rPr>
      </w:pPr>
      <w:r w:rsidRPr="1B05A80C" w:rsidR="1B05A80C">
        <w:rPr>
          <w:rFonts w:ascii="Verdana Pro" w:hAnsi="Verdana Pro" w:eastAsia="Verdana Pro" w:cs="Verdana Pro"/>
        </w:rPr>
        <w:t>□ Hearing Impairment</w:t>
      </w:r>
    </w:p>
    <w:p xmlns:wp14="http://schemas.microsoft.com/office/word/2010/wordml" w:rsidP="1B05A80C" w14:paraId="2C2ED58B" wp14:textId="77777777">
      <w:pPr>
        <w:rPr>
          <w:rFonts w:ascii="Verdana Pro" w:hAnsi="Verdana Pro" w:eastAsia="Verdana Pro" w:cs="Verdana Pro"/>
        </w:rPr>
      </w:pPr>
      <w:r w:rsidRPr="1B05A80C" w:rsidR="1B05A80C">
        <w:rPr>
          <w:rFonts w:ascii="Verdana Pro" w:hAnsi="Verdana Pro" w:eastAsia="Verdana Pro" w:cs="Verdana Pro"/>
        </w:rPr>
        <w:t>□ Visual Impairment</w:t>
      </w:r>
    </w:p>
    <w:p xmlns:wp14="http://schemas.microsoft.com/office/word/2010/wordml" w:rsidP="1B05A80C" w14:paraId="2FDA0ACF" wp14:textId="77777777">
      <w:pPr>
        <w:rPr>
          <w:rFonts w:ascii="Verdana Pro" w:hAnsi="Verdana Pro" w:eastAsia="Verdana Pro" w:cs="Verdana Pro"/>
        </w:rPr>
      </w:pPr>
      <w:r w:rsidRPr="1B05A80C" w:rsidR="1B05A80C">
        <w:rPr>
          <w:rFonts w:ascii="Verdana Pro" w:hAnsi="Verdana Pro" w:eastAsia="Verdana Pro" w:cs="Verdana Pro"/>
        </w:rPr>
        <w:t>□ Speech Impairment</w:t>
      </w:r>
    </w:p>
    <w:p xmlns:wp14="http://schemas.microsoft.com/office/word/2010/wordml" w:rsidP="1B05A80C" w14:paraId="44EAFD9C" wp14:textId="77777777">
      <w:pPr>
        <w:rPr>
          <w:rFonts w:ascii="Verdana Pro" w:hAnsi="Verdana Pro" w:eastAsia="Verdana Pro" w:cs="Verdana Pro"/>
        </w:rPr>
      </w:pPr>
    </w:p>
    <w:p xmlns:wp14="http://schemas.microsoft.com/office/word/2010/wordml" w:rsidP="1B05A80C" w14:paraId="73DF6D51" wp14:textId="77777777">
      <w:pPr>
        <w:rPr>
          <w:rFonts w:ascii="Verdana Pro" w:hAnsi="Verdana Pro" w:eastAsia="Verdana Pro" w:cs="Verdana Pro"/>
        </w:rPr>
      </w:pPr>
      <w:r w:rsidRPr="1B05A80C" w:rsidR="1B05A80C">
        <w:rPr>
          <w:rFonts w:ascii="Verdana Pro" w:hAnsi="Verdana Pro" w:eastAsia="Verdana Pro" w:cs="Verdana Pro"/>
        </w:rPr>
        <w:t>11. Do you have any dependents?</w:t>
      </w:r>
    </w:p>
    <w:p xmlns:wp14="http://schemas.microsoft.com/office/word/2010/wordml" w:rsidP="1B05A80C" w14:paraId="4465CBD8" wp14:textId="77777777">
      <w:pPr>
        <w:rPr>
          <w:rFonts w:ascii="Verdana Pro" w:hAnsi="Verdana Pro" w:eastAsia="Verdana Pro" w:cs="Verdana Pro"/>
        </w:rPr>
      </w:pPr>
      <w:r w:rsidRPr="1B05A80C" w:rsidR="1B05A80C">
        <w:rPr>
          <w:rFonts w:ascii="Verdana Pro" w:hAnsi="Verdana Pro" w:eastAsia="Verdana Pro" w:cs="Verdana Pro"/>
        </w:rPr>
        <w:t>□ No dependent children</w:t>
      </w:r>
    </w:p>
    <w:p xmlns:wp14="http://schemas.microsoft.com/office/word/2010/wordml" w:rsidP="1B05A80C" w14:paraId="778D25B1" wp14:textId="77777777">
      <w:pPr>
        <w:rPr>
          <w:rFonts w:ascii="Verdana Pro" w:hAnsi="Verdana Pro" w:eastAsia="Verdana Pro" w:cs="Verdana Pro"/>
        </w:rPr>
      </w:pPr>
      <w:r w:rsidRPr="1B05A80C" w:rsidR="1B05A80C">
        <w:rPr>
          <w:rFonts w:ascii="Verdana Pro" w:hAnsi="Verdana Pro" w:eastAsia="Verdana Pro" w:cs="Verdana Pro"/>
        </w:rPr>
        <w:t>□ With dependent children</w:t>
      </w:r>
    </w:p>
    <w:p xmlns:wp14="http://schemas.microsoft.com/office/word/2010/wordml" w:rsidP="1B05A80C" w14:paraId="314B9FE1"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4B94D5A5" wp14:textId="77777777">
      <w:pPr>
        <w:rPr>
          <w:rFonts w:ascii="Verdana Pro" w:hAnsi="Verdana Pro" w:eastAsia="Verdana Pro" w:cs="Verdana Pro"/>
        </w:rPr>
      </w:pPr>
    </w:p>
    <w:p xmlns:wp14="http://schemas.microsoft.com/office/word/2010/wordml" w:rsidP="1B05A80C" w14:paraId="692403A4" wp14:textId="77777777">
      <w:pPr>
        <w:rPr>
          <w:rFonts w:ascii="Verdana Pro" w:hAnsi="Verdana Pro" w:eastAsia="Verdana Pro" w:cs="Verdana Pro"/>
        </w:rPr>
      </w:pPr>
      <w:r w:rsidRPr="1B05A80C" w:rsidR="1B05A80C">
        <w:rPr>
          <w:rFonts w:ascii="Verdana Pro" w:hAnsi="Verdana Pro" w:eastAsia="Verdana Pro" w:cs="Verdana Pro"/>
        </w:rPr>
        <w:t>12. What are your caring responsibilities?</w:t>
      </w:r>
    </w:p>
    <w:p xmlns:wp14="http://schemas.microsoft.com/office/word/2010/wordml" w:rsidP="1B05A80C" w14:paraId="0671B08D" wp14:textId="77777777">
      <w:pPr>
        <w:rPr>
          <w:rFonts w:ascii="Verdana Pro" w:hAnsi="Verdana Pro" w:eastAsia="Verdana Pro" w:cs="Verdana Pro"/>
        </w:rPr>
      </w:pPr>
      <w:r w:rsidRPr="1B05A80C" w:rsidR="1B05A80C">
        <w:rPr>
          <w:rFonts w:ascii="Verdana Pro" w:hAnsi="Verdana Pro" w:eastAsia="Verdana Pro" w:cs="Verdana Pro"/>
        </w:rPr>
        <w:t>□ Not providing informal care</w:t>
      </w:r>
    </w:p>
    <w:p xmlns:wp14="http://schemas.microsoft.com/office/word/2010/wordml" w:rsidP="1B05A80C" w14:paraId="6BB637F4" wp14:textId="77777777">
      <w:pPr>
        <w:rPr>
          <w:rFonts w:ascii="Verdana Pro" w:hAnsi="Verdana Pro" w:eastAsia="Verdana Pro" w:cs="Verdana Pro"/>
        </w:rPr>
      </w:pPr>
      <w:r w:rsidRPr="1B05A80C" w:rsidR="1B05A80C">
        <w:rPr>
          <w:rFonts w:ascii="Verdana Pro" w:hAnsi="Verdana Pro" w:eastAsia="Verdana Pro" w:cs="Verdana Pro"/>
        </w:rPr>
        <w:t>□ Providing informal care</w:t>
      </w:r>
    </w:p>
    <w:p xmlns:wp14="http://schemas.microsoft.com/office/word/2010/wordml" w:rsidP="1B05A80C" w14:paraId="6B5600F6" wp14:textId="77777777">
      <w:pPr>
        <w:rPr>
          <w:rFonts w:ascii="Verdana Pro" w:hAnsi="Verdana Pro" w:eastAsia="Verdana Pro" w:cs="Verdana Pro"/>
        </w:rPr>
      </w:pPr>
      <w:r w:rsidRPr="1B05A80C" w:rsidR="1B05A80C">
        <w:rPr>
          <w:rFonts w:ascii="Verdana Pro" w:hAnsi="Verdana Pro" w:eastAsia="Verdana Pro" w:cs="Verdana Pro"/>
        </w:rPr>
        <w:t>□ Prefer not to say</w:t>
      </w:r>
    </w:p>
    <w:p xmlns:wp14="http://schemas.microsoft.com/office/word/2010/wordml" w:rsidP="1B05A80C" w14:paraId="3DEEC669" wp14:textId="77777777">
      <w:pPr>
        <w:rPr>
          <w:rFonts w:ascii="Verdana Pro" w:hAnsi="Verdana Pro" w:eastAsia="Verdana Pro" w:cs="Verdana Pro"/>
        </w:rPr>
      </w:pPr>
    </w:p>
    <w:p xmlns:wp14="http://schemas.microsoft.com/office/word/2010/wordml" w:rsidP="1B05A80C" w14:paraId="025A0E33" wp14:textId="77777777">
      <w:pPr>
        <w:rPr>
          <w:rFonts w:ascii="Verdana Pro" w:hAnsi="Verdana Pro" w:eastAsia="Verdana Pro" w:cs="Verdana Pro"/>
        </w:rPr>
      </w:pPr>
      <w:r w:rsidRPr="1B05A80C" w:rsidR="1B05A80C">
        <w:rPr>
          <w:rFonts w:ascii="Verdana Pro" w:hAnsi="Verdana Pro" w:eastAsia="Verdana Pro" w:cs="Verdana Pro"/>
        </w:rPr>
        <w:t>13. What is your education background?</w:t>
      </w:r>
    </w:p>
    <w:p xmlns:wp14="http://schemas.microsoft.com/office/word/2010/wordml" w:rsidP="1B05A80C" w14:paraId="468397E4" wp14:textId="77777777">
      <w:pPr>
        <w:rPr>
          <w:rFonts w:ascii="Verdana Pro" w:hAnsi="Verdana Pro" w:eastAsia="Verdana Pro" w:cs="Verdana Pro"/>
        </w:rPr>
      </w:pPr>
      <w:r w:rsidRPr="1B05A80C" w:rsidR="1B05A80C">
        <w:rPr>
          <w:rFonts w:ascii="Verdana Pro" w:hAnsi="Verdana Pro" w:eastAsia="Verdana Pro" w:cs="Verdana Pro"/>
        </w:rPr>
        <w:t>□ Attended independent school at age 11-16</w:t>
      </w:r>
    </w:p>
    <w:p xmlns:wp14="http://schemas.microsoft.com/office/word/2010/wordml" w:rsidP="1B05A80C" w14:paraId="32353ADF" wp14:textId="77777777">
      <w:pPr>
        <w:rPr>
          <w:rFonts w:ascii="Verdana Pro" w:hAnsi="Verdana Pro" w:eastAsia="Verdana Pro" w:cs="Verdana Pro"/>
        </w:rPr>
      </w:pPr>
      <w:r w:rsidRPr="1B05A80C" w:rsidR="1B05A80C">
        <w:rPr>
          <w:rFonts w:ascii="Verdana Pro" w:hAnsi="Verdana Pro" w:eastAsia="Verdana Pro" w:cs="Verdana Pro"/>
        </w:rPr>
        <w:t>□ Did not attend independent school at age 11-16</w:t>
      </w:r>
    </w:p>
    <w:p xmlns:wp14="http://schemas.microsoft.com/office/word/2010/wordml" w:rsidP="1B05A80C" w14:paraId="1F0B4D31" wp14:textId="77777777">
      <w:pPr>
        <w:rPr>
          <w:rFonts w:ascii="Verdana Pro" w:hAnsi="Verdana Pro" w:eastAsia="Verdana Pro" w:cs="Verdana Pro"/>
        </w:rPr>
      </w:pPr>
      <w:r w:rsidRPr="1B05A80C" w:rsidR="1B05A80C">
        <w:rPr>
          <w:rFonts w:ascii="Verdana Pro" w:hAnsi="Verdana Pro" w:eastAsia="Verdana Pro" w:cs="Verdana Pro"/>
        </w:rPr>
        <w:t>□ Not Known</w:t>
      </w:r>
    </w:p>
    <w:p xmlns:wp14="http://schemas.microsoft.com/office/word/2010/wordml" w:rsidP="1B05A80C" w14:paraId="3656B9AB" wp14:textId="77777777">
      <w:pPr>
        <w:rPr>
          <w:rFonts w:ascii="Verdana Pro" w:hAnsi="Verdana Pro" w:eastAsia="Verdana Pro" w:cs="Verdana Pro"/>
        </w:rPr>
      </w:pPr>
    </w:p>
    <w:p xmlns:wp14="http://schemas.microsoft.com/office/word/2010/wordml" w:rsidP="1B05A80C" w14:paraId="66DA0E2C" wp14:textId="77777777">
      <w:pPr>
        <w:rPr>
          <w:rFonts w:ascii="Verdana Pro" w:hAnsi="Verdana Pro" w:eastAsia="Verdana Pro" w:cs="Verdana Pro"/>
        </w:rPr>
      </w:pPr>
      <w:r w:rsidRPr="1B05A80C" w:rsidR="1B05A80C">
        <w:rPr>
          <w:rFonts w:ascii="Verdana Pro" w:hAnsi="Verdana Pro" w:eastAsia="Verdana Pro" w:cs="Verdana Pro"/>
        </w:rPr>
        <w:t>14. What was your parental occupation at age 14?</w:t>
      </w:r>
    </w:p>
    <w:p xmlns:wp14="http://schemas.microsoft.com/office/word/2010/wordml" w:rsidP="1B05A80C" w14:paraId="777FBEA5" wp14:textId="77777777">
      <w:pPr>
        <w:rPr>
          <w:rFonts w:ascii="Verdana Pro" w:hAnsi="Verdana Pro" w:eastAsia="Verdana Pro" w:cs="Verdana Pro"/>
        </w:rPr>
      </w:pPr>
      <w:r w:rsidRPr="1B05A80C" w:rsidR="1B05A80C">
        <w:rPr>
          <w:rFonts w:ascii="Verdana Pro" w:hAnsi="Verdana Pro" w:eastAsia="Verdana Pro" w:cs="Verdana Pro"/>
        </w:rPr>
        <w:t>□ Professional</w:t>
      </w:r>
    </w:p>
    <w:p xmlns:wp14="http://schemas.microsoft.com/office/word/2010/wordml" w:rsidP="1B05A80C" w14:paraId="07840ECD" wp14:textId="77777777">
      <w:pPr>
        <w:rPr>
          <w:rFonts w:ascii="Verdana Pro" w:hAnsi="Verdana Pro" w:eastAsia="Verdana Pro" w:cs="Verdana Pro"/>
        </w:rPr>
      </w:pPr>
      <w:r w:rsidRPr="1B05A80C" w:rsidR="1B05A80C">
        <w:rPr>
          <w:rFonts w:ascii="Verdana Pro" w:hAnsi="Verdana Pro" w:eastAsia="Verdana Pro" w:cs="Verdana Pro"/>
        </w:rPr>
        <w:t>□ Intermediate</w:t>
      </w:r>
    </w:p>
    <w:p xmlns:wp14="http://schemas.microsoft.com/office/word/2010/wordml" w:rsidP="1B05A80C" w14:paraId="38A90D02" wp14:textId="77777777">
      <w:pPr>
        <w:rPr>
          <w:rFonts w:ascii="Verdana Pro" w:hAnsi="Verdana Pro" w:eastAsia="Verdana Pro" w:cs="Verdana Pro"/>
        </w:rPr>
      </w:pPr>
      <w:r w:rsidRPr="1B05A80C" w:rsidR="1B05A80C">
        <w:rPr>
          <w:rFonts w:ascii="Verdana Pro" w:hAnsi="Verdana Pro" w:eastAsia="Verdana Pro" w:cs="Verdana Pro"/>
        </w:rPr>
        <w:t>□ Routine and Manual</w:t>
      </w:r>
    </w:p>
    <w:p xmlns:wp14="http://schemas.microsoft.com/office/word/2010/wordml" w:rsidP="1B05A80C" w14:paraId="45FB0818" wp14:textId="30258B63">
      <w:pPr>
        <w:rPr>
          <w:rFonts w:ascii="Verdana Pro" w:hAnsi="Verdana Pro" w:eastAsia="Verdana Pro" w:cs="Verdana Pro"/>
        </w:rPr>
      </w:pPr>
      <w:r w:rsidRPr="1B05A80C" w:rsidR="1B05A80C">
        <w:rPr>
          <w:rFonts w:ascii="Verdana Pro" w:hAnsi="Verdana Pro" w:eastAsia="Verdana Pro" w:cs="Verdana Pro"/>
        </w:rPr>
        <w:t>□ Not Known</w:t>
      </w:r>
    </w:p>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E8194D"/>
    <w:rsid w:val="1B05A80C"/>
    <w:rsid w:val="26AB3B90"/>
    <w:rsid w:val="4D3732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D4FF835A-6D8C-40DC-82DC-F696D5075C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Anthony Strzalek</dc:creator>
  <keywords/>
  <dc:description>generated by python-docx</dc:description>
  <lastModifiedBy>Madison King</lastModifiedBy>
  <revision>3</revision>
  <dcterms:created xsi:type="dcterms:W3CDTF">2026-10-05T11:19:02.2395690Z</dcterms:created>
  <dcterms:modified xsi:type="dcterms:W3CDTF">2026-10-05T11:28:29.2664970Z</dcterms:modified>
  <category/>
</coreProperties>
</file>